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– אמצעים אמנותיים ברמת 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אמנותיים בטקסטים מהתנ״ך, ביאליק ורחל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במדויק מהי תרומת האמצעי למשמעות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אמצעים דומים כמו דימוי ומטפורה או ניגוד ואוקסימורון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אמצעי בטקסטים קלסיים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אוקסימורון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מטפורה לאם או לאהובה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הדגשה של רעיון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קול ודממה הם מושגים סותרים המחוברים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דימוי זקוק למילת קישור כמו "כמו" או "כ"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ההבדל המרכזי בינה לבין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האנשה מייחסת תכונות אדם לדומם, לבעל חיים או לטבע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גלויה בעזרת מילת קישור כמו "כמו")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(השוואה סמויה בלי מילת קישור)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(ייחוס תכונות אדם לדומם או לטבע)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(חיבור בין שני מושגים סותרים)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(שימוש חוזר במילה או מבנה להדגשה)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אוקסימורון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פסקת ניתוח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ציטוט קצר מהטקסט המכיל את האמצעי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שם האמצעי האמנותי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כיצד האמצעי בנוי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חיבור בין האמצעי לרעיון המרכזי של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מסקנה על תרומת האמצעי להבנת הטקסט כולו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ניסוח תרומת האמצעי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מבטא התגלות עדינה ושקטה, בניגוד לציפייה לרעש או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יוצרת הדגשה, קצב וזכירה של רעיון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דימוי משתמש במילת קישור, מטפורה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קול דממה דקה – מבטא ניגוד בין קול לשקט, יוצר עדינות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האנשה מייחסת תכונות אדם לטבע או לדומם ויוצרת קרבה רגשית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בקריאה משותפת של "קול דממה דקה" ולדון בהקשרו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הכיתה לזוגות עבור חלק ההתאמה כדי לעודד דיון על ההבדלים הדקים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להקצות זמן נפרד לכתיבת הפסקה ולתת משוב בעזרת מחוון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המושגים – אמצעים אמנותיים ברמת 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את 36 המושגים ברמת בגרות דרך דוגמאות מהתנ״ך, משירי ביאליק ומשירי רחל, כולל זיהוי האמצעי וניסוח תרומתו.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אמצעי בטקסטים קלסיים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"קול דממה דקה" (מלכים א יט) הוא דוגמה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ביאליק כותב "הכניסיני תחת כנפך" ופונה לציפור כאל: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מטפורה לאם או לאהובה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 מפורש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קולית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השוואה המשתמשת במילה "כמו"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כאשר השמש "מחייכת" בשיר, מדובר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אוקסימורון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חזרה על אותה מילה בפסוק מקראי משרתת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הדגשה של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קישוט גרידא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בלבול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קיצור 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"קול דממה דקה" הוא אוקסימורון כי הוא מחבר קול ודממה שהם מנוגדים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דימוי תמיד מופיע בלי מילת קישור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מטפורה היא השוואה סמויה שאינה משתמשת במילת קישור מפורשת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האנשה אפשרית רק כלפי בני 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שימוש חוזר במילה או מבנה להדגשה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חיבור בין שני מושגים סותרים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השוואה גלויה בעזרת מילת קישור כמו "כמו"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אוקסימורון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השוואה סמויה בלי מילת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ייחוס תכונות אדם לדומם או לטבע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הצירוף "קול דממה דקה" לקוח מהסיפור על אליהו הנביא בספר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אמצעי שבו מייחסים תכונות אדם לדומם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השוואה גלויה בעזרת מילת קישור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חיבור בין שני מושגים הסותרים זה את זה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פסקת ניתוח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האמצעי לרעיון המרכזי של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על תרומת האמצעי להבנת הטקסט כולו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ציטוט קצר מהטקסט המכיל את האמצעי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שם האמצעי האמנותי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כיצד האמצעי בנוי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ניסוח תרומת האמצעי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תורם האוקסימורון "קול דממה דקה" לתיאור התגלות האל לאליהו?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תורמת חזרה על מילה או צליל בטקסט מקראי לחוויית הקריאה?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דימוי למטפורה?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לאוקסימורון מהתנ״ך והסבירו את תרומתו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האנשה ומה תפקידה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המושגים – אמצעים אמנותיים ברמת 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