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– אמצעים אמנותיים ברמת 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בטקסטים מהתנ״ך, ביאליק ורחל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במדויק מהי תרומת האמצעי למשמעות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אמצעים דומים כמו דימוי ומטפורה או ניגוד ואוקסימורון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 בטקסטים קלסיים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אוקסימורון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מטפורה לאם או לאהובה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הדגשה של רעיון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קול ודממה הם מושגים סותרים המחוברים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דימוי זקוק למילת קישור כמו "כמו" או "כ"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ההבדל המרכזי בינה לבין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האנשה מייחסת תכונות אדם לדומם, לבעל חיים או לטבע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(השוואה גלויה בעזרת מילת קישור כמו "כמו")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(השוואה סמויה בלי מילת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(ייחוס תכונות אדם לדומם או לטבע)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(חיבור בין שני מושגים סותרים)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(שימוש חוזר במילה או מבנה להדגשה)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אוקסימורון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פסקת 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 קצר מהטקסט המכיל את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שם האמצעי האמנותי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כיצד האמצעי בנוי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חיבור בין האמצעי לרעיון המרכזי של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מסקנה על תרומת האמצעי להבנת הטקסט כולו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ניסוח תרומת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מבטא התגלות עדינה ושקטה, בניגוד לציפייה לרעש או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יוצרת הדגשה, קצב וזכירה של רעיון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קישור, מטפורה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קול דממה דקה – מבטא ניגוד בין קול לשקט, יוצר עדינות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האנשה מייחסת תכונות אדם לטבע או לדומם ויוצרת קרבה רגשית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בקריאה משותפת של "קול דממה דקה" ולדון בהקשרו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הכיתה לזוגות עבור חלק ההתאמה כדי לעודד דיון על ההבדלים הדקים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להקצות זמן נפרד לכתיבת הפסקה ולתת משוב בעזרת מחוון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– אמצעים אמנותיים ברמת 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על אמצעי כתיבה בשירה ובתנ״ך, ונתרגל לזהות אותן בדוגמאות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גלויה בעזרת מילת קישור כמו "כמו" או "כ"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סמויה בלי מילת קישור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ייחוס תכונות אדם לדומם, לבעל חיים או לטבע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של שני דברים מנוגדים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אוקסימורון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שתי מילים הסותרות זו את 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חוזר במילה או צליל להדגשה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קונקרטי שמייצג רעיון מופשט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צלילים דומים ליצירת אפקט קולי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 בטקסטים קלסיים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"קול דממה דקה" הוא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ביאליק פונה כשהוא אומר "כנפך"?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מטפורה לאם או לאהובה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 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קולית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להשוואה עם "כמו"?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כשאומרים שהשמש מחייכת זה אמצעי בשם?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חוזרים על מילה בתנ״ך?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הדגשה של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קישוט גרידא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בלבול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קיצור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"קול דממה דקה" הוא אוקסימורון כי הוא מחבר קול ודממה שהם מנוגדים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מופיע בלי מילת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מטפורה היא השוואה סמויה שאינה משתמשת במילת קישור מפורשת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אפשרית רק כלפי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ייחוס תכונות אדם לדומם או לטבע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חיבור בין שני מושגים סותרים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שימוש חוזר במילה או מבנה להדגשה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אוקסימורון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גלויה בעזרת מילת קישור כמו "כמו"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סמויה בלי מילת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הצירוף "קול דממה דקה" לקוח מהסיפור על אליהו הנביא בספר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אמצעי שבו מייחסים תכונות אדם לדומם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השוואה גלויה בעזרת מילת קישור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חיבור בין שני מושגים הסותרים זה את זה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פסקת 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כיצד האמצעי בנוי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קצר מהטקסט המכיל את האמצעי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על תרומת האמצעי להבנת הטקסט כולו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שם האמצעי האמנותי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האמצעי לרעיון המרכזי של 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ניסוח תרומת האמצעי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תורם האוקסימורון "קול דממה דקה" לתיאור התגלות האל לאליהו?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תורמת חזרה על מילה או צליל בטקסט מקראי לחוויית הקריאה?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לאוקסימורון מהתנ״ך והסבירו את תרומתו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האנשה ומה תפקידה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המושגים – אמצעים אמנותיים ברמת 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