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– אמצעים אמנותיים ברמת 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בטקסטים מהתנ״ך, ביאליק ורחל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במדויק מהי תרומת האמצעי למשמעות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אמצעים דומים כמו דימוי ומטפורה או ניגוד ואוקסימורון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 בטקסטים קלסיים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מטפורה לאם או לאהובה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קול ודממה הם מושגים סותרים המחוברים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ההבדל המרכזי בינה לבין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גלויה בעזרת מילת קישור כמו "כמו")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(השוואה סמויה בלי מילת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(ייחוס תכונות אדם לדומם או לטבע)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(חיבור בין שני מושגים סותרים)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פסקת 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 קצר מהטקסט המכיל את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שם האמצעי האמנותי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כיצד האמצעי בנוי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חיבור בין האמצעי לרעיון המרכזי של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ניסוח תרומת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יוצרת הדגשה, קצב וזכירה של 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קישור, מטפורה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קול דממה דקה – מבטא ניגוד בין קול לשקט, יוצר עדינות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האנשה מייחסת תכונות אדם לטבע או לדומם ויוצרת קרבה רגשית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בקריאה משותפת של "קול דממה דקה" ולדון בהקשרו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הכיתה לזוגות עבור חלק ההתאמה כדי לעודד דיון על ההבדלים הדקים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להקצות זמן נפרד לכתיבת הפסקה ולתת משוב בעזרת מחוון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– אמצעים אמנותיים ברמת 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את 36 המושגים ברמת בגרות דרך דוגמאות מהתנ״ך, משירי ביאליק ומשירי רחל, כולל זיהוי האמצעי וניסוח תרומתו.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האנשה  ·  מלכים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אמצעי בטקסטים קלסיים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ביאליק כותב "הכניסיני תחת כנפך" ופונה לציפור כאל: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מטפורה לאם או לאהובה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דימוי 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השוואה המשתמשת במילה "כמו"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"קול דממה דקה" הוא אוקסימורון כי הוא מחבר קול ודממה שהם מנוגדים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מטפורה היא השוואה סמויה שאינה משתמשת במילת קישור מפורשת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ייחוס תכונות אדם לדומם או לטבע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חיבור בין שני מושגים סותרים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סמויה בלי מילת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אוקסימורון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גלויה בעזרת מילת קישור כמו "כמו"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הצירוף "קול דממה דקה" לקוח מהסיפור על אליהו הנביא בספר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אמצעי שבו מייחסים תכונות אדם לדומם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כתיבת פסקת 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זיהוי שם האמצעי האמנותי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ציטוט קצר מהטקסט המכיל את האמצעי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חיבור בין האמצעי לרעיון המרכזי של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הסבר כיצד האמצעי בנוי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ניסוח תרומת האמצעי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תורמת חזרה על מילה או צליל בטקסט מקראי לחוויית הקריאה?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דימוי למטפורה?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לאוקסימורון מהתנ״ך והסבירו את תרומתו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המושגים – אמצעים אמנותיים ברמת 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